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D66E9F" w:rsidRDefault="00000000">
      <w:pPr>
        <w:pStyle w:val="Heading1"/>
        <w:jc w:val="center"/>
        <w:rPr>
          <w:rFonts w:ascii="Arial" w:eastAsia="Arial" w:hAnsi="Arial" w:cs="Arial"/>
          <w:color w:val="000000"/>
        </w:rPr>
      </w:pPr>
      <w:r>
        <w:rPr>
          <w:rFonts w:ascii="Arial" w:eastAsia="Arial" w:hAnsi="Arial" w:cs="Arial"/>
          <w:color w:val="000000"/>
        </w:rPr>
        <w:t>Progressive Return-to-Performance Protocol</w:t>
      </w:r>
    </w:p>
    <w:p w14:paraId="00000002" w14:textId="77777777" w:rsidR="00D66E9F" w:rsidRDefault="00000000">
      <w:pPr>
        <w:pStyle w:val="Heading2"/>
        <w:rPr>
          <w:rFonts w:ascii="Arial" w:eastAsia="Arial" w:hAnsi="Arial" w:cs="Arial"/>
          <w:color w:val="366091"/>
        </w:rPr>
      </w:pPr>
      <w:r>
        <w:rPr>
          <w:rFonts w:ascii="Arial" w:eastAsia="Arial" w:hAnsi="Arial" w:cs="Arial"/>
          <w:color w:val="366091"/>
        </w:rPr>
        <w:t>Theatre Recommendations</w:t>
      </w:r>
    </w:p>
    <w:p w14:paraId="00000003" w14:textId="77777777" w:rsidR="00D66E9F"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1</w:t>
      </w:r>
    </w:p>
    <w:p w14:paraId="00000004" w14:textId="77777777" w:rsidR="00D66E9F" w:rsidRDefault="00000000">
      <w:pPr>
        <w:pStyle w:val="Heading4"/>
        <w:rPr>
          <w:color w:val="366091"/>
        </w:rPr>
      </w:pPr>
      <w:r>
        <w:rPr>
          <w:color w:val="366091"/>
        </w:rPr>
        <w:t xml:space="preserve">Exercise </w:t>
      </w:r>
      <w:proofErr w:type="spellStart"/>
      <w:r>
        <w:rPr>
          <w:color w:val="366091"/>
        </w:rPr>
        <w:t>Strategy</w:t>
      </w:r>
      <w:r>
        <w:rPr>
          <w:color w:val="366091"/>
          <w:vertAlign w:val="superscript"/>
        </w:rPr>
        <w:t>a</w:t>
      </w:r>
      <w:proofErr w:type="spellEnd"/>
      <w:r>
        <w:rPr>
          <w:color w:val="366091"/>
        </w:rPr>
        <w:t xml:space="preserve">: </w:t>
      </w:r>
    </w:p>
    <w:p w14:paraId="00000005" w14:textId="77777777" w:rsidR="00D66E9F" w:rsidRDefault="00000000">
      <w:pPr>
        <w:rPr>
          <w:rFonts w:ascii="Arial" w:eastAsia="Arial" w:hAnsi="Arial" w:cs="Arial"/>
          <w:color w:val="000000"/>
          <w:sz w:val="24"/>
          <w:szCs w:val="24"/>
        </w:rPr>
      </w:pPr>
      <w:r>
        <w:rPr>
          <w:rFonts w:ascii="Arial" w:eastAsia="Arial" w:hAnsi="Arial" w:cs="Arial"/>
          <w:color w:val="000000"/>
          <w:sz w:val="24"/>
          <w:szCs w:val="24"/>
        </w:rPr>
        <w:t>Engage in symptom-limited activity (light walking, reintroduction to school/work)</w:t>
      </w:r>
    </w:p>
    <w:p w14:paraId="00000006" w14:textId="77777777" w:rsidR="00D66E9F" w:rsidRDefault="00000000">
      <w:pPr>
        <w:pStyle w:val="Heading4"/>
        <w:rPr>
          <w:color w:val="366091"/>
        </w:rPr>
      </w:pPr>
      <w:r>
        <w:rPr>
          <w:color w:val="366091"/>
        </w:rPr>
        <w:t>Recommendations:</w:t>
      </w:r>
    </w:p>
    <w:p w14:paraId="00000007" w14:textId="77777777" w:rsidR="00D66E9F"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Avoid activities that increase symptoms, such as screens, excessive lighting, watching rehearsals or shows.</w:t>
      </w:r>
    </w:p>
    <w:p w14:paraId="00000008" w14:textId="77777777" w:rsidR="00D66E9F"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2</w:t>
      </w:r>
    </w:p>
    <w:p w14:paraId="00000009" w14:textId="77777777" w:rsidR="00D66E9F"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 xml:space="preserve">Aerobic exercise (stationary cycling or walking), light resistance </w:t>
      </w:r>
      <w:proofErr w:type="spellStart"/>
      <w:r>
        <w:rPr>
          <w:rFonts w:ascii="Arial" w:eastAsia="Arial" w:hAnsi="Arial" w:cs="Arial"/>
          <w:color w:val="000000"/>
          <w:sz w:val="24"/>
          <w:szCs w:val="24"/>
        </w:rPr>
        <w:t>training</w:t>
      </w:r>
      <w:r>
        <w:rPr>
          <w:rFonts w:ascii="Arial" w:eastAsia="Arial" w:hAnsi="Arial" w:cs="Arial"/>
          <w:color w:val="000000"/>
          <w:sz w:val="24"/>
          <w:szCs w:val="24"/>
          <w:vertAlign w:val="superscript"/>
        </w:rPr>
        <w:t>b</w:t>
      </w:r>
      <w:proofErr w:type="spellEnd"/>
    </w:p>
    <w:p w14:paraId="0000000A" w14:textId="77777777" w:rsidR="00D66E9F"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2A – light (up to 55% max heart rate), then</w:t>
      </w:r>
    </w:p>
    <w:p w14:paraId="0000000B" w14:textId="77777777" w:rsidR="00D66E9F"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2B – moderate (up to 70% max heart rate)</w:t>
      </w:r>
    </w:p>
    <w:p w14:paraId="0000000C" w14:textId="77777777" w:rsidR="00D66E9F" w:rsidRDefault="00000000">
      <w:pPr>
        <w:pStyle w:val="Heading4"/>
        <w:rPr>
          <w:color w:val="366091"/>
        </w:rPr>
      </w:pPr>
      <w:r>
        <w:rPr>
          <w:color w:val="366091"/>
        </w:rPr>
        <w:t>Recommendations:</w:t>
      </w:r>
    </w:p>
    <w:p w14:paraId="0000000D" w14:textId="41C5F36A"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Dance/barre or vocal warm-up, mark class/rehearsal</w:t>
      </w:r>
      <w:r w:rsidR="00A336FC">
        <w:rPr>
          <w:rFonts w:ascii="Arial" w:eastAsia="Arial" w:hAnsi="Arial" w:cs="Arial"/>
          <w:sz w:val="24"/>
          <w:szCs w:val="24"/>
        </w:rPr>
        <w:t>,</w:t>
      </w:r>
      <w:r>
        <w:rPr>
          <w:rFonts w:ascii="Arial" w:eastAsia="Arial" w:hAnsi="Arial" w:cs="Arial"/>
          <w:sz w:val="24"/>
          <w:szCs w:val="24"/>
        </w:rPr>
        <w:t xml:space="preserve"> static balance training. </w:t>
      </w:r>
    </w:p>
    <w:p w14:paraId="0000000E" w14:textId="7777777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No jumps, turns/spins, inversions, partnering or lifts.  </w:t>
      </w:r>
    </w:p>
    <w:p w14:paraId="0000000F" w14:textId="183700FB"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Progress aerobic activity and light resistance training for</w:t>
      </w:r>
      <w:r w:rsidR="00A336FC">
        <w:rPr>
          <w:rFonts w:ascii="Arial" w:eastAsia="Arial" w:hAnsi="Arial" w:cs="Arial"/>
          <w:sz w:val="24"/>
          <w:szCs w:val="24"/>
        </w:rPr>
        <w:t xml:space="preserve"> </w:t>
      </w:r>
      <w:r>
        <w:rPr>
          <w:rFonts w:ascii="Arial" w:eastAsia="Arial" w:hAnsi="Arial" w:cs="Arial"/>
          <w:sz w:val="24"/>
          <w:szCs w:val="24"/>
        </w:rPr>
        <w:t xml:space="preserve">10 to 15-minute increments up to 30 minutes. </w:t>
      </w:r>
    </w:p>
    <w:p w14:paraId="00000010" w14:textId="77777777" w:rsidR="00D66E9F"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3</w:t>
      </w:r>
      <w:r>
        <w:rPr>
          <w:rFonts w:ascii="Arial" w:eastAsia="Arial" w:hAnsi="Arial" w:cs="Arial"/>
          <w:color w:val="366091"/>
          <w:sz w:val="24"/>
          <w:szCs w:val="24"/>
          <w:vertAlign w:val="superscript"/>
        </w:rPr>
        <w:t>c</w:t>
      </w:r>
    </w:p>
    <w:p w14:paraId="00000011" w14:textId="77777777" w:rsidR="00D66E9F"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Individual discipline-specific exercise</w:t>
      </w:r>
    </w:p>
    <w:p w14:paraId="00000012" w14:textId="77777777" w:rsidR="00D66E9F" w:rsidRDefault="00000000">
      <w:pPr>
        <w:pStyle w:val="Heading4"/>
        <w:rPr>
          <w:color w:val="366091"/>
        </w:rPr>
      </w:pPr>
      <w:r>
        <w:rPr>
          <w:color w:val="366091"/>
        </w:rPr>
        <w:t>Recommendations:</w:t>
      </w:r>
    </w:p>
    <w:p w14:paraId="00000013" w14:textId="7777777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Avoid activities with risk of head impact.</w:t>
      </w:r>
    </w:p>
    <w:p w14:paraId="00000014" w14:textId="1211D9DB"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Theatre-specific training in a controlled environment (limiting sound/noise stimuli, individual rehearsal without other performers, etc.) for up to 45 minutes. </w:t>
      </w:r>
    </w:p>
    <w:p w14:paraId="00000015" w14:textId="51DF589C"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Perform at 25-50% effort in dance technique classes, if applicable. Mark choreography during rehearsals.  </w:t>
      </w:r>
    </w:p>
    <w:p w14:paraId="00000016" w14:textId="7777777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Increase aerobic activity for up to 30 to 60 minutes.  </w:t>
      </w:r>
    </w:p>
    <w:p w14:paraId="00000017" w14:textId="00573F6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Perform short line reciting/song to assess memory retention and breathing.  </w:t>
      </w:r>
    </w:p>
    <w:p w14:paraId="00000018" w14:textId="2E280705"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Reintroduce center/balance work while avoiding/limiting turns, inversions, partnering and lifts. </w:t>
      </w:r>
    </w:p>
    <w:p w14:paraId="00000019" w14:textId="50A211ED"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Gradual increase in singing with asymptomatic ranges and/or exercise vocalization patterns with movement.</w:t>
      </w:r>
    </w:p>
    <w:p w14:paraId="0000001A" w14:textId="77777777" w:rsidR="00D66E9F" w:rsidRDefault="00000000">
      <w:pPr>
        <w:pBdr>
          <w:top w:val="single" w:sz="6" w:space="1" w:color="000000"/>
          <w:bottom w:val="single" w:sz="6" w:space="1" w:color="000000"/>
        </w:pBdr>
        <w:rPr>
          <w:rFonts w:ascii="Arial" w:eastAsia="Arial" w:hAnsi="Arial" w:cs="Arial"/>
          <w:color w:val="000000"/>
          <w:sz w:val="24"/>
          <w:szCs w:val="24"/>
        </w:rPr>
      </w:pPr>
      <w:r>
        <w:rPr>
          <w:rFonts w:ascii="Arial" w:eastAsia="Arial" w:hAnsi="Arial" w:cs="Arial"/>
          <w:color w:val="000000"/>
          <w:sz w:val="24"/>
          <w:szCs w:val="24"/>
        </w:rPr>
        <w:lastRenderedPageBreak/>
        <w:t xml:space="preserve">Students may only progress through Steps 4-6 </w:t>
      </w:r>
      <w:r>
        <w:rPr>
          <w:rFonts w:ascii="Arial" w:eastAsia="Arial" w:hAnsi="Arial" w:cs="Arial"/>
          <w:b/>
          <w:bCs/>
          <w:color w:val="000000"/>
          <w:sz w:val="24"/>
          <w:szCs w:val="24"/>
        </w:rPr>
        <w:t>if they no longer report symptoms, altered cognitive function, or any other relevant clinical findings</w:t>
      </w:r>
      <w:r>
        <w:rPr>
          <w:rFonts w:ascii="Arial" w:eastAsia="Arial" w:hAnsi="Arial" w:cs="Arial"/>
          <w:color w:val="000000"/>
          <w:sz w:val="24"/>
          <w:szCs w:val="24"/>
        </w:rPr>
        <w:t xml:space="preserve"> related to their </w:t>
      </w:r>
      <w:r>
        <w:rPr>
          <w:rFonts w:ascii="Arial" w:eastAsia="Arial" w:hAnsi="Arial" w:cs="Arial"/>
          <w:color w:val="000000"/>
          <w:sz w:val="24"/>
          <w:szCs w:val="24"/>
          <w:u w:val="single"/>
        </w:rPr>
        <w:t>current</w:t>
      </w:r>
      <w:r>
        <w:rPr>
          <w:rFonts w:ascii="Arial" w:eastAsia="Arial" w:hAnsi="Arial" w:cs="Arial"/>
          <w:color w:val="000000"/>
          <w:sz w:val="24"/>
          <w:szCs w:val="24"/>
        </w:rPr>
        <w:t xml:space="preserve"> concussion, including both WITH and AFTER physical exertion.</w:t>
      </w:r>
    </w:p>
    <w:p w14:paraId="0000001B" w14:textId="77777777" w:rsidR="00D66E9F"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4</w:t>
      </w:r>
    </w:p>
    <w:p w14:paraId="0000001C" w14:textId="77777777" w:rsidR="00D66E9F"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High intensity exercise with more challenging skills, reintegrate with other performers.</w:t>
      </w:r>
    </w:p>
    <w:p w14:paraId="0000001D" w14:textId="77777777" w:rsidR="00D66E9F" w:rsidRDefault="00000000">
      <w:pPr>
        <w:pStyle w:val="Heading4"/>
        <w:rPr>
          <w:color w:val="366091"/>
        </w:rPr>
      </w:pPr>
      <w:r>
        <w:rPr>
          <w:color w:val="366091"/>
        </w:rPr>
        <w:t>Recommendations:</w:t>
      </w:r>
    </w:p>
    <w:p w14:paraId="0000001E" w14:textId="7496816B"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Increase speed/intensity and duration with exposure to sound and music. </w:t>
      </w:r>
    </w:p>
    <w:p w14:paraId="0000001F" w14:textId="28BC4B46"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Perform at 50-75% effort including participating in daily technique classes and marking class/performance pieces.  </w:t>
      </w:r>
    </w:p>
    <w:p w14:paraId="00000020" w14:textId="7777777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Perform up to 45-minute blocks with other performers. </w:t>
      </w:r>
    </w:p>
    <w:p w14:paraId="00000021" w14:textId="7777777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Increase duration of reciting and song performance while integrated back into group choreography.  </w:t>
      </w:r>
    </w:p>
    <w:p w14:paraId="00000022" w14:textId="5AA08868"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Add cognitive component (assess memory retention and timing). </w:t>
      </w:r>
    </w:p>
    <w:p w14:paraId="00000023" w14:textId="5B9DDEAA"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Participate in partial rehearsal as needed with modifications for high intensity skills. </w:t>
      </w:r>
    </w:p>
    <w:p w14:paraId="00000024" w14:textId="5273F44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Progress to all jumping techniques while integrating light singing and dancing.</w:t>
      </w:r>
    </w:p>
    <w:p w14:paraId="00000025" w14:textId="456F1D70"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Progress to simple, low-risk partner lifts; no overhead lifts. </w:t>
      </w:r>
    </w:p>
    <w:p w14:paraId="00000026" w14:textId="77777777" w:rsidR="00D66E9F" w:rsidRDefault="00000000">
      <w:pPr>
        <w:numPr>
          <w:ilvl w:val="0"/>
          <w:numId w:val="1"/>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Mark all combat scenes.</w:t>
      </w:r>
    </w:p>
    <w:p w14:paraId="00000027" w14:textId="77777777" w:rsidR="00D66E9F"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5</w:t>
      </w:r>
    </w:p>
    <w:p w14:paraId="00000028" w14:textId="77777777" w:rsidR="00D66E9F"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Participate in typical training activities, reassess confidence and functional skills by performing arts faculty/staff.</w:t>
      </w:r>
    </w:p>
    <w:p w14:paraId="00000029" w14:textId="77777777" w:rsidR="00D66E9F" w:rsidRDefault="00000000">
      <w:pPr>
        <w:pStyle w:val="Heading4"/>
        <w:rPr>
          <w:color w:val="366091"/>
        </w:rPr>
      </w:pPr>
      <w:r>
        <w:rPr>
          <w:color w:val="366091"/>
        </w:rPr>
        <w:t xml:space="preserve">Recommendations: </w:t>
      </w:r>
    </w:p>
    <w:p w14:paraId="0000002A" w14:textId="77777777" w:rsidR="00D66E9F"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 xml:space="preserve">Perform in usual theatre activities.  </w:t>
      </w:r>
    </w:p>
    <w:p w14:paraId="0000002B" w14:textId="52C91CC4" w:rsidR="00D66E9F"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 xml:space="preserve">Restore confidence and assess function by faculty or artistic director. </w:t>
      </w:r>
    </w:p>
    <w:p w14:paraId="0000002C" w14:textId="08616532" w:rsidR="00D66E9F"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 xml:space="preserve">Build endurance to typical intensity and duration with full costume and props.  </w:t>
      </w:r>
    </w:p>
    <w:p w14:paraId="0000002D" w14:textId="1B73E869" w:rsidR="00D66E9F"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 xml:space="preserve">Reintroduce high risk activities like partnering (with spotters), jumping, inversions, or rolling on the floor.  </w:t>
      </w:r>
    </w:p>
    <w:p w14:paraId="0000002E" w14:textId="48A7D54B" w:rsidR="00D66E9F"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Full run through in show conditions with gradual progressions as needed for combat scenes.</w:t>
      </w:r>
    </w:p>
    <w:p w14:paraId="0000002F" w14:textId="77777777" w:rsidR="00D66E9F"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6</w:t>
      </w:r>
    </w:p>
    <w:p w14:paraId="00000030" w14:textId="69AE6D38" w:rsidR="00D66E9F"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Resume normal performance</w:t>
      </w:r>
      <w:r w:rsidR="00A336FC">
        <w:rPr>
          <w:rFonts w:ascii="Arial" w:eastAsia="Arial" w:hAnsi="Arial" w:cs="Arial"/>
          <w:color w:val="000000"/>
          <w:sz w:val="24"/>
          <w:szCs w:val="24"/>
        </w:rPr>
        <w:t>.</w:t>
      </w:r>
    </w:p>
    <w:p w14:paraId="00000031" w14:textId="77777777" w:rsidR="00D66E9F" w:rsidRDefault="00000000">
      <w:pPr>
        <w:pStyle w:val="Heading4"/>
        <w:rPr>
          <w:color w:val="366091"/>
        </w:rPr>
      </w:pPr>
      <w:r>
        <w:rPr>
          <w:color w:val="366091"/>
        </w:rPr>
        <w:t>Recommendations:</w:t>
      </w:r>
    </w:p>
    <w:p w14:paraId="00000032" w14:textId="77777777" w:rsidR="00D66E9F"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Full rehearsal/performance activities without restrictions.</w:t>
      </w:r>
    </w:p>
    <w:p w14:paraId="00000033" w14:textId="77777777" w:rsidR="00D66E9F" w:rsidRDefault="00000000">
      <w:pPr>
        <w:rPr>
          <w:rFonts w:ascii="Arial" w:eastAsia="Arial" w:hAnsi="Arial" w:cs="Arial"/>
          <w:color w:val="000000"/>
          <w:sz w:val="24"/>
          <w:szCs w:val="24"/>
        </w:rPr>
      </w:pPr>
      <w:r>
        <w:rPr>
          <w:rFonts w:ascii="Arial" w:eastAsia="Arial" w:hAnsi="Arial" w:cs="Arial"/>
          <w:b/>
          <w:bCs/>
          <w:color w:val="000000"/>
          <w:sz w:val="24"/>
          <w:szCs w:val="24"/>
        </w:rPr>
        <w:t>Source</w:t>
      </w:r>
      <w:r>
        <w:rPr>
          <w:rFonts w:ascii="Arial" w:eastAsia="Arial" w:hAnsi="Arial" w:cs="Arial"/>
          <w:color w:val="000000"/>
          <w:sz w:val="24"/>
          <w:szCs w:val="24"/>
        </w:rPr>
        <w:t xml:space="preserve">: </w:t>
      </w:r>
      <w:proofErr w:type="spellStart"/>
      <w:r>
        <w:rPr>
          <w:rFonts w:ascii="Arial" w:eastAsia="Arial" w:hAnsi="Arial" w:cs="Arial"/>
          <w:color w:val="000000"/>
          <w:sz w:val="24"/>
          <w:szCs w:val="24"/>
          <w:highlight w:val="white"/>
        </w:rPr>
        <w:t>Memmini</w:t>
      </w:r>
      <w:proofErr w:type="spellEnd"/>
      <w:r>
        <w:rPr>
          <w:rFonts w:ascii="Arial" w:eastAsia="Arial" w:hAnsi="Arial" w:cs="Arial"/>
          <w:color w:val="000000"/>
          <w:sz w:val="24"/>
          <w:szCs w:val="24"/>
          <w:highlight w:val="white"/>
        </w:rPr>
        <w:t xml:space="preserve"> AK, Hutchison O, Savvidou P, et al. Behind the curtain: Creating clinical guidelines to support university students returning to performance after </w:t>
      </w:r>
      <w:r>
        <w:rPr>
          <w:rFonts w:ascii="Arial" w:eastAsia="Arial" w:hAnsi="Arial" w:cs="Arial"/>
          <w:color w:val="000000"/>
          <w:sz w:val="24"/>
          <w:szCs w:val="24"/>
          <w:highlight w:val="white"/>
        </w:rPr>
        <w:lastRenderedPageBreak/>
        <w:t xml:space="preserve">concussion. </w:t>
      </w:r>
      <w:r>
        <w:rPr>
          <w:rFonts w:ascii="Arial" w:eastAsia="Arial" w:hAnsi="Arial" w:cs="Arial"/>
          <w:i/>
          <w:iCs/>
          <w:color w:val="000000"/>
          <w:sz w:val="24"/>
          <w:szCs w:val="24"/>
          <w:highlight w:val="white"/>
        </w:rPr>
        <w:t>Neurology</w:t>
      </w:r>
      <w:r>
        <w:rPr>
          <w:rFonts w:ascii="Arial" w:eastAsia="Arial" w:hAnsi="Arial" w:cs="Arial"/>
          <w:color w:val="000000"/>
          <w:sz w:val="24"/>
          <w:szCs w:val="24"/>
          <w:highlight w:val="white"/>
        </w:rPr>
        <w:t xml:space="preserve">. (Accepted). </w:t>
      </w:r>
      <w:r>
        <w:rPr>
          <w:rFonts w:ascii="Arial" w:eastAsia="Arial" w:hAnsi="Arial" w:cs="Arial"/>
          <w:i/>
          <w:iCs/>
          <w:color w:val="222222"/>
          <w:highlight w:val="white"/>
        </w:rPr>
        <w:t>Table modified to meet federal accessibility standards. The original Progressive Return-to-Performance Protocol can be found from Neurology.</w:t>
      </w:r>
    </w:p>
    <w:p w14:paraId="00000034" w14:textId="77777777" w:rsidR="00D66E9F" w:rsidRDefault="00000000">
      <w:pPr>
        <w:rPr>
          <w:rFonts w:ascii="Arial" w:eastAsia="Arial" w:hAnsi="Arial" w:cs="Arial"/>
          <w:color w:val="000000"/>
          <w:sz w:val="24"/>
          <w:szCs w:val="24"/>
        </w:rPr>
      </w:pPr>
      <w:r>
        <w:rPr>
          <w:rFonts w:ascii="Arial" w:eastAsia="Arial" w:hAnsi="Arial" w:cs="Arial"/>
          <w:i/>
          <w:iCs/>
          <w:color w:val="000000"/>
          <w:sz w:val="24"/>
          <w:szCs w:val="24"/>
        </w:rPr>
        <w:t>Note.</w:t>
      </w:r>
      <w:r>
        <w:rPr>
          <w:rFonts w:ascii="Arial" w:eastAsia="Arial" w:hAnsi="Arial" w:cs="Arial"/>
          <w:color w:val="000000"/>
          <w:sz w:val="24"/>
          <w:szCs w:val="24"/>
        </w:rPr>
        <w:t xml:space="preserve"> The </w:t>
      </w:r>
      <w:r>
        <w:rPr>
          <w:rFonts w:ascii="Arial" w:eastAsia="Arial" w:hAnsi="Arial" w:cs="Arial"/>
          <w:i/>
          <w:iCs/>
          <w:color w:val="000000"/>
          <w:sz w:val="24"/>
          <w:szCs w:val="24"/>
        </w:rPr>
        <w:t xml:space="preserve">Progressive Return-to-Performance Protocol </w:t>
      </w:r>
      <w:r>
        <w:rPr>
          <w:rFonts w:ascii="Arial" w:eastAsia="Arial" w:hAnsi="Arial" w:cs="Arial"/>
          <w:color w:val="000000"/>
          <w:sz w:val="24"/>
          <w:szCs w:val="24"/>
        </w:rPr>
        <w:t xml:space="preserve">may serve as a framework for clinicians and/or university faculty/staff assisting students during their concussion recovery. The protocol provides specific examples unique to three performing arts disciplines (i.e., dance, music, and theatre performance) to safely progress students back to performance. </w:t>
      </w:r>
    </w:p>
    <w:p w14:paraId="00000035" w14:textId="77777777" w:rsidR="00D66E9F" w:rsidRDefault="00000000">
      <w:pPr>
        <w:rPr>
          <w:rFonts w:ascii="Arial" w:eastAsia="Arial" w:hAnsi="Arial" w:cs="Arial"/>
          <w:color w:val="000000"/>
          <w:sz w:val="24"/>
          <w:szCs w:val="24"/>
        </w:rPr>
      </w:pPr>
      <w:proofErr w:type="spellStart"/>
      <w:r>
        <w:rPr>
          <w:rFonts w:ascii="Arial" w:eastAsia="Arial" w:hAnsi="Arial" w:cs="Arial"/>
          <w:color w:val="000000"/>
          <w:sz w:val="24"/>
          <w:szCs w:val="24"/>
          <w:vertAlign w:val="superscript"/>
        </w:rPr>
        <w:t>a</w:t>
      </w:r>
      <w:r>
        <w:rPr>
          <w:rFonts w:ascii="Arial" w:eastAsia="Arial" w:hAnsi="Arial" w:cs="Arial"/>
          <w:color w:val="000000"/>
          <w:sz w:val="24"/>
          <w:szCs w:val="24"/>
        </w:rPr>
        <w:t>The</w:t>
      </w:r>
      <w:proofErr w:type="spellEnd"/>
      <w:r>
        <w:rPr>
          <w:rFonts w:ascii="Arial" w:eastAsia="Arial" w:hAnsi="Arial" w:cs="Arial"/>
          <w:color w:val="000000"/>
          <w:sz w:val="24"/>
          <w:szCs w:val="24"/>
        </w:rPr>
        <w:t xml:space="preserve"> six-step progression is based on the recommendations proposed by the </w:t>
      </w:r>
      <w:hyperlink r:id="rId8">
        <w:r>
          <w:rPr>
            <w:rFonts w:ascii="Arial" w:eastAsia="Arial" w:hAnsi="Arial" w:cs="Arial"/>
            <w:color w:val="000000"/>
            <w:sz w:val="24"/>
            <w:szCs w:val="24"/>
            <w:u w:val="single"/>
          </w:rPr>
          <w:t>6</w:t>
        </w:r>
      </w:hyperlink>
      <w:hyperlink r:id="rId9">
        <w:r>
          <w:rPr>
            <w:rFonts w:ascii="Arial" w:eastAsia="Arial" w:hAnsi="Arial" w:cs="Arial"/>
            <w:color w:val="000000"/>
            <w:sz w:val="24"/>
            <w:szCs w:val="24"/>
            <w:u w:val="single"/>
            <w:vertAlign w:val="superscript"/>
          </w:rPr>
          <w:t>th</w:t>
        </w:r>
      </w:hyperlink>
      <w:hyperlink r:id="rId10">
        <w:r>
          <w:rPr>
            <w:rFonts w:ascii="Arial" w:eastAsia="Arial" w:hAnsi="Arial" w:cs="Arial"/>
            <w:color w:val="000000"/>
            <w:sz w:val="24"/>
            <w:szCs w:val="24"/>
            <w:u w:val="single"/>
          </w:rPr>
          <w:t xml:space="preserve"> International Consensus on Concussion in Sport</w:t>
        </w:r>
      </w:hyperlink>
      <w:r>
        <w:rPr>
          <w:rFonts w:ascii="Arial" w:eastAsia="Arial" w:hAnsi="Arial" w:cs="Arial"/>
          <w:color w:val="000000"/>
          <w:sz w:val="24"/>
          <w:szCs w:val="24"/>
        </w:rPr>
        <w:t>.</w:t>
      </w:r>
      <w:r>
        <w:rPr>
          <w:rFonts w:ascii="Arial" w:eastAsia="Arial" w:hAnsi="Arial" w:cs="Arial"/>
          <w:color w:val="000000"/>
          <w:sz w:val="24"/>
          <w:szCs w:val="24"/>
          <w:vertAlign w:val="superscript"/>
        </w:rPr>
        <w:t>1</w:t>
      </w:r>
      <w:r>
        <w:rPr>
          <w:rFonts w:ascii="Arial" w:eastAsia="Arial" w:hAnsi="Arial" w:cs="Arial"/>
          <w:color w:val="000000"/>
          <w:sz w:val="24"/>
          <w:szCs w:val="24"/>
        </w:rPr>
        <w:t xml:space="preserve"> Based on their guidance, students may initiate Step 1 within 24 hours following injury, progressing through each step after a minimum of 24 hours. If symptoms increase during Steps 1-3, the student should immediately stop and try again the next day. Any students experiencing symptoms during Steps 4-6 should return to Step 3 to reduce symptom burden (especially before engaging in activities that increase risk for further head impact). Students are encouraged, if not required by their institutional policy, to obtain written documentation from an approved healthcare provider before they participate in unrestricted physical activity (Steps 4-6).</w:t>
      </w:r>
      <w:r>
        <w:rPr>
          <w:rFonts w:ascii="Arial" w:eastAsia="Arial" w:hAnsi="Arial" w:cs="Arial"/>
          <w:color w:val="000000"/>
          <w:sz w:val="24"/>
          <w:szCs w:val="24"/>
          <w:vertAlign w:val="superscript"/>
        </w:rPr>
        <w:t>1</w:t>
      </w:r>
      <w:r>
        <w:rPr>
          <w:rFonts w:ascii="Arial" w:eastAsia="Arial" w:hAnsi="Arial" w:cs="Arial"/>
          <w:color w:val="000000"/>
          <w:sz w:val="24"/>
          <w:szCs w:val="24"/>
        </w:rPr>
        <w:t xml:space="preserve"> </w:t>
      </w:r>
    </w:p>
    <w:p w14:paraId="00000036" w14:textId="77777777" w:rsidR="00D66E9F" w:rsidRDefault="00000000">
      <w:pPr>
        <w:rPr>
          <w:rFonts w:ascii="Arial" w:eastAsia="Arial" w:hAnsi="Arial" w:cs="Arial"/>
          <w:color w:val="000000"/>
          <w:sz w:val="24"/>
          <w:szCs w:val="24"/>
        </w:rPr>
      </w:pPr>
      <w:proofErr w:type="spellStart"/>
      <w:r>
        <w:rPr>
          <w:rFonts w:ascii="Arial" w:eastAsia="Arial" w:hAnsi="Arial" w:cs="Arial"/>
          <w:color w:val="000000"/>
          <w:sz w:val="24"/>
          <w:szCs w:val="24"/>
          <w:vertAlign w:val="superscript"/>
        </w:rPr>
        <w:t>b</w:t>
      </w:r>
      <w:r>
        <w:rPr>
          <w:rFonts w:ascii="Arial" w:eastAsia="Arial" w:hAnsi="Arial" w:cs="Arial"/>
          <w:color w:val="000000"/>
          <w:sz w:val="24"/>
          <w:szCs w:val="24"/>
        </w:rPr>
        <w:t>Students</w:t>
      </w:r>
      <w:proofErr w:type="spellEnd"/>
      <w:r>
        <w:rPr>
          <w:rFonts w:ascii="Arial" w:eastAsia="Arial" w:hAnsi="Arial" w:cs="Arial"/>
          <w:color w:val="000000"/>
          <w:sz w:val="24"/>
          <w:szCs w:val="24"/>
        </w:rPr>
        <w:t xml:space="preserve"> may experience a mild or brief increase of symptoms (no more than 2 points on a 0 to 10-point scale) so long as it does not persist beyond 1 hour following physical exertion.</w:t>
      </w:r>
      <w:r>
        <w:rPr>
          <w:rFonts w:ascii="Arial" w:eastAsia="Arial" w:hAnsi="Arial" w:cs="Arial"/>
          <w:color w:val="000000"/>
          <w:sz w:val="24"/>
          <w:szCs w:val="24"/>
          <w:vertAlign w:val="superscript"/>
        </w:rPr>
        <w:t>1</w:t>
      </w:r>
      <w:r>
        <w:rPr>
          <w:rFonts w:ascii="Arial" w:eastAsia="Arial" w:hAnsi="Arial" w:cs="Arial"/>
          <w:color w:val="000000"/>
          <w:sz w:val="24"/>
          <w:szCs w:val="24"/>
        </w:rPr>
        <w:t xml:space="preserve"> </w:t>
      </w:r>
    </w:p>
    <w:p w14:paraId="00000037" w14:textId="77777777" w:rsidR="00D66E9F" w:rsidRDefault="00000000">
      <w:pPr>
        <w:rPr>
          <w:rFonts w:ascii="Arial" w:eastAsia="Arial" w:hAnsi="Arial" w:cs="Arial"/>
          <w:color w:val="000000"/>
          <w:sz w:val="24"/>
          <w:szCs w:val="24"/>
          <w:vertAlign w:val="superscript"/>
        </w:rPr>
      </w:pPr>
      <w:proofErr w:type="spellStart"/>
      <w:r>
        <w:rPr>
          <w:rFonts w:ascii="Arial" w:eastAsia="Arial" w:hAnsi="Arial" w:cs="Arial"/>
          <w:color w:val="000000"/>
          <w:sz w:val="24"/>
          <w:szCs w:val="24"/>
          <w:vertAlign w:val="superscript"/>
        </w:rPr>
        <w:t>c</w:t>
      </w:r>
      <w:r>
        <w:rPr>
          <w:rFonts w:ascii="Arial" w:eastAsia="Arial" w:hAnsi="Arial" w:cs="Arial"/>
          <w:color w:val="000000"/>
          <w:sz w:val="24"/>
          <w:szCs w:val="24"/>
        </w:rPr>
        <w:t>Medical</w:t>
      </w:r>
      <w:proofErr w:type="spellEnd"/>
      <w:r>
        <w:rPr>
          <w:rFonts w:ascii="Arial" w:eastAsia="Arial" w:hAnsi="Arial" w:cs="Arial"/>
          <w:color w:val="000000"/>
          <w:sz w:val="24"/>
          <w:szCs w:val="24"/>
        </w:rPr>
        <w:t xml:space="preserve"> clearance may be warranted in Step 3 if the student is engaging in any physical activity that puts them at risk for further head injury.</w:t>
      </w:r>
      <w:r>
        <w:rPr>
          <w:rFonts w:ascii="Arial" w:eastAsia="Arial" w:hAnsi="Arial" w:cs="Arial"/>
          <w:color w:val="000000"/>
          <w:sz w:val="24"/>
          <w:szCs w:val="24"/>
          <w:vertAlign w:val="superscript"/>
        </w:rPr>
        <w:t>1</w:t>
      </w:r>
    </w:p>
    <w:p w14:paraId="00000038" w14:textId="77777777" w:rsidR="00D66E9F" w:rsidRDefault="00D66E9F">
      <w:pPr>
        <w:rPr>
          <w:rFonts w:ascii="Arial" w:eastAsia="Arial" w:hAnsi="Arial" w:cs="Arial"/>
          <w:color w:val="000000"/>
          <w:sz w:val="24"/>
          <w:szCs w:val="24"/>
        </w:rPr>
      </w:pPr>
    </w:p>
    <w:p w14:paraId="00000039" w14:textId="77777777" w:rsidR="00D66E9F" w:rsidRDefault="00D66E9F">
      <w:pPr>
        <w:rPr>
          <w:rFonts w:ascii="Arial" w:eastAsia="Arial" w:hAnsi="Arial" w:cs="Arial"/>
          <w:color w:val="000000"/>
          <w:sz w:val="24"/>
          <w:szCs w:val="24"/>
        </w:rPr>
      </w:pPr>
    </w:p>
    <w:sectPr w:rsidR="00D66E9F">
      <w:footerReference w:type="even" r:id="rId11"/>
      <w:footerReference w:type="default" r:id="rId12"/>
      <w:pgSz w:w="12226" w:h="15840"/>
      <w:pgMar w:top="1152" w:right="1440"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2A8A86" w14:textId="77777777" w:rsidR="00364B6D" w:rsidRDefault="00364B6D">
      <w:pPr>
        <w:spacing w:after="0" w:line="240" w:lineRule="auto"/>
      </w:pPr>
      <w:r>
        <w:separator/>
      </w:r>
    </w:p>
  </w:endnote>
  <w:endnote w:type="continuationSeparator" w:id="0">
    <w:p w14:paraId="3C7789BA" w14:textId="77777777" w:rsidR="00364B6D" w:rsidRDefault="0036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CD81C3A0-904A-1849-BFE8-8E5190185E6F}"/>
  </w:font>
  <w:font w:name="Courier New">
    <w:panose1 w:val="02070309020205020404"/>
    <w:charset w:val="00"/>
    <w:family w:val="modern"/>
    <w:pitch w:val="fixed"/>
    <w:sig w:usb0="E0002AFF" w:usb1="C0007843" w:usb2="00000009" w:usb3="00000000" w:csb0="000001FF" w:csb1="00000000"/>
    <w:embedRegular r:id="rId2" w:fontKey="{E06884D3-40AC-3345-B66A-370803A723A8}"/>
  </w:font>
  <w:font w:name="Cambria">
    <w:panose1 w:val="02040503050406030204"/>
    <w:charset w:val="00"/>
    <w:family w:val="roman"/>
    <w:pitch w:val="variable"/>
    <w:sig w:usb0="E00002FF" w:usb1="400004FF" w:usb2="00000000" w:usb3="00000000" w:csb0="0000019F" w:csb1="00000000"/>
    <w:embedRegular r:id="rId3" w:fontKey="{9D49871C-0197-6F43-9D63-44259539B627}"/>
    <w:embedBold r:id="rId4" w:fontKey="{AF8052DD-3868-AB46-95C1-925C575753B0}"/>
    <w:embedItalic r:id="rId5" w:fontKey="{386FBF2D-E832-F946-9F7A-C554BA433AFC}"/>
    <w:embedBoldItalic r:id="rId6" w:fontKey="{047E1C4B-41E5-F741-A306-62D29631E313}"/>
  </w:font>
  <w:font w:name="Calibri">
    <w:panose1 w:val="020F0502020204030204"/>
    <w:charset w:val="00"/>
    <w:family w:val="swiss"/>
    <w:pitch w:val="variable"/>
    <w:sig w:usb0="E0002AFF" w:usb1="C000247B" w:usb2="00000009" w:usb3="00000000" w:csb0="000001FF" w:csb1="00000000"/>
    <w:embedRegular r:id="rId7" w:fontKey="{84D84452-7AF3-BC41-8D59-7A724AC5E4B5}"/>
    <w:embedBold r:id="rId8" w:fontKey="{FCE180A9-A2A7-AA49-B252-26A42C6C75A9}"/>
    <w:embedItalic r:id="rId9" w:fontKey="{EC701646-A654-474E-914F-BB1DA35C3AE4}"/>
    <w:embedBoldItalic r:id="rId10" w:fontKey="{C48871F2-733C-0A4A-B4EA-AA5BA5EF53BD}"/>
  </w:font>
  <w:font w:name="Times New Roman">
    <w:panose1 w:val="02020603050405020304"/>
    <w:charset w:val="00"/>
    <w:family w:val="roman"/>
    <w:pitch w:val="variable"/>
    <w:sig w:usb0="E0002EFF" w:usb1="C000785B" w:usb2="00000009" w:usb3="00000000" w:csb0="000001FF" w:csb1="00000000"/>
    <w:embedRegular r:id="rId11" w:fontKey="{18DE8449-5794-8D4E-8F6C-64C5EAD50885}"/>
    <w:embedBold r:id="rId12" w:fontKey="{0980ED6B-3238-0142-B283-8A4136E85CC7}"/>
    <w:embedItalic r:id="rId13" w:fontKey="{6EBA313B-A179-AC49-8989-61B7A6E3E820}"/>
    <w:embedBoldItalic r:id="rId14" w:fontKey="{1F200F21-5F45-3340-86C7-2B42CE777E69}"/>
  </w:font>
  <w:font w:name="Courier">
    <w:panose1 w:val="02070309020205020404"/>
    <w:charset w:val="00"/>
    <w:family w:val="modern"/>
    <w:pitch w:val="fixed"/>
    <w:sig w:usb0="00000003" w:usb1="00000000" w:usb2="00000000" w:usb3="00000000" w:csb0="00000001" w:csb1="00000000"/>
    <w:embedRegular r:id="rId15" w:fontKey="{FAB61D88-E9A6-2840-9E7A-E12BEB7616A6}"/>
  </w:font>
  <w:font w:name="Arial">
    <w:panose1 w:val="020B0604020202020204"/>
    <w:charset w:val="00"/>
    <w:family w:val="swiss"/>
    <w:pitch w:val="variable"/>
    <w:sig w:usb0="E0002AFF" w:usb1="C0007843" w:usb2="00000009" w:usb3="00000000" w:csb0="000001FF" w:csb1="00000000"/>
    <w:embedRegular r:id="rId16" w:fontKey="{186349EA-DEAD-2748-8A9C-E9A284F3D62B}"/>
    <w:embedBold r:id="rId17" w:fontKey="{18752ABF-5535-EB44-9C82-9FD45C6977DD}"/>
    <w:embedItalic r:id="rId18" w:fontKey="{6F3258C4-8773-0943-92E7-38FACBA370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A" w14:textId="77777777" w:rsidR="00D66E9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B" w14:textId="77777777" w:rsidR="00D66E9F" w:rsidRDefault="00D66E9F">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C" w14:textId="0D2A8725" w:rsidR="00D66E9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336FC">
      <w:rPr>
        <w:noProof/>
        <w:color w:val="000000"/>
      </w:rPr>
      <w:t>1</w:t>
    </w:r>
    <w:r>
      <w:rPr>
        <w:color w:val="000000"/>
      </w:rPr>
      <w:fldChar w:fldCharType="end"/>
    </w:r>
  </w:p>
  <w:p w14:paraId="0000003D" w14:textId="77777777" w:rsidR="00D66E9F" w:rsidRDefault="00D66E9F">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72E3B" w14:textId="77777777" w:rsidR="00364B6D" w:rsidRDefault="00364B6D">
      <w:pPr>
        <w:spacing w:after="0" w:line="240" w:lineRule="auto"/>
      </w:pPr>
      <w:r>
        <w:separator/>
      </w:r>
    </w:p>
  </w:footnote>
  <w:footnote w:type="continuationSeparator" w:id="0">
    <w:p w14:paraId="6A399B23" w14:textId="77777777" w:rsidR="00364B6D" w:rsidRDefault="00364B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57ED1"/>
    <w:multiLevelType w:val="multilevel"/>
    <w:tmpl w:val="DE180414"/>
    <w:lvl w:ilvl="0">
      <w:start w:val="1"/>
      <w:numFmt w:val="decimal"/>
      <w:pStyle w:val="ListBullet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98378FD"/>
    <w:multiLevelType w:val="multilevel"/>
    <w:tmpl w:val="B5FAA72C"/>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C93513"/>
    <w:multiLevelType w:val="multilevel"/>
    <w:tmpl w:val="95C673C0"/>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2704069">
    <w:abstractNumId w:val="1"/>
  </w:num>
  <w:num w:numId="2" w16cid:durableId="1885172428">
    <w:abstractNumId w:val="2"/>
  </w:num>
  <w:num w:numId="3" w16cid:durableId="2005816818">
    <w:abstractNumId w:val="0"/>
  </w:num>
  <w:num w:numId="4" w16cid:durableId="2115131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717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350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E9F"/>
    <w:rsid w:val="001349E3"/>
    <w:rsid w:val="00364B6D"/>
    <w:rsid w:val="00A336FC"/>
    <w:rsid w:val="00D66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71DE01"/>
  <w15:docId w15:val="{664C3185-0E2A-A64A-A14B-4F9552B7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B1E9A"/>
    <w:rPr>
      <w:color w:val="0000FF" w:themeColor="hyperlink"/>
      <w:u w:val="single"/>
    </w:rPr>
  </w:style>
  <w:style w:type="character" w:styleId="PageNumber">
    <w:name w:val="page number"/>
    <w:basedOn w:val="DefaultParagraphFont"/>
    <w:uiPriority w:val="99"/>
    <w:semiHidden/>
    <w:unhideWhenUsed/>
    <w:rsid w:val="003D6DB7"/>
  </w:style>
  <w:style w:type="character" w:styleId="FollowedHyperlink">
    <w:name w:val="FollowedHyperlink"/>
    <w:basedOn w:val="DefaultParagraphFont"/>
    <w:uiPriority w:val="99"/>
    <w:semiHidden/>
    <w:unhideWhenUsed/>
    <w:rsid w:val="004537F9"/>
    <w:rPr>
      <w:color w:val="800080" w:themeColor="followedHyperlink"/>
      <w:u w:val="single"/>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jsm.bmj.com/content/57/11/69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jsm.bmj.com/content/57/11/695" TargetMode="External"/><Relationship Id="rId4" Type="http://schemas.openxmlformats.org/officeDocument/2006/relationships/settings" Target="settings.xml"/><Relationship Id="rId9" Type="http://schemas.openxmlformats.org/officeDocument/2006/relationships/hyperlink" Target="https://bjsm.bmj.com/content/57/11/695"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e7j6P9UoGyg9nlgaoxvToTOM6g==">CgMxLjA4AHIhMUFMWWVuNEh2T1c2ZjdVYjRLN1JGU3ZjeWRoaldDWTl6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774</Words>
  <Characters>4418</Characters>
  <Application>Microsoft Office Word</Application>
  <DocSecurity>0</DocSecurity>
  <Lines>36</Lines>
  <Paragraphs>10</Paragraphs>
  <ScaleCrop>false</ScaleCrop>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Savvidou, Paola</cp:lastModifiedBy>
  <cp:revision>2</cp:revision>
  <dcterms:created xsi:type="dcterms:W3CDTF">2026-02-16T14:28:00Z</dcterms:created>
  <dcterms:modified xsi:type="dcterms:W3CDTF">2026-09-28T14:01:00Z</dcterms:modified>
</cp:coreProperties>
</file>